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</w:pPr>
      <w:r>
        <w:rPr>
          <w:rFonts w:ascii="Arial" w:hAnsi="Arial"/>
          <w:b/>
          <w:color w:val="0146BF"/>
          <w:sz w:val="22"/>
        </w:rPr>
        <w:t>YOUR COMPANY</w:t>
      </w:r>
    </w:p>
    <w:p>
      <w:pPr>
        <w:pStyle w:val="Title"/>
        <w:spacing w:after="200"/>
      </w:pPr>
      <w:r>
        <w:rPr>
          <w:rFonts w:ascii="Arial" w:hAnsi="Arial"/>
          <w:sz w:val="56"/>
        </w:rPr>
        <w:t>Commercial proposal</w:t>
      </w:r>
    </w:p>
    <w:p>
      <w:pPr>
        <w:spacing w:after="300"/>
      </w:pPr>
      <w:r>
        <w:rPr>
          <w:rFonts w:ascii="Arial" w:hAnsi="Arial"/>
          <w:b w:val="0"/>
          <w:color w:val="68645F"/>
          <w:sz w:val="20"/>
        </w:rPr>
        <w:t>Replace the fields in square brackets with your details. Edit the photographs and text in Word.</w:t>
      </w:r>
    </w:p>
    <w:p>
      <w:pPr>
        <w:spacing w:after="300"/>
      </w:pPr>
      <w:r>
        <w:rPr>
          <w:rFonts w:ascii="Arial" w:hAnsi="Arial"/>
          <w:b w:val="0"/>
          <w:color w:val="12100E"/>
          <w:sz w:val="22"/>
        </w:rPr>
        <w:t>For [company or customer name]</w:t>
        <w:br/>
        <w:t>Date [date] · Proposal No. [number]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04"/>
        <w:gridCol w:w="7056"/>
      </w:tblGrid>
      <w:tr>
        <w:tc>
          <w:tcPr>
            <w:tcW w:type="dxa" w:w="2304"/>
            <w:vAlign w:val="center"/>
            <w:shd w:fill="F2F1ED"/>
          </w:tcPr>
          <w:p>
            <w:pPr>
              <w:keepNext/>
              <w:jc w:val="center"/>
            </w:pPr>
            <w:r>
              <w:rPr>
                <w:color w:val="68645F"/>
                <w:sz w:val="18"/>
              </w:rPr>
              <w:t>PRODUCT PHOTO</w:t>
              <w:br/>
              <w:br/>
              <w:t>Insert an image</w:t>
            </w:r>
          </w:p>
        </w:tc>
        <w:tc>
          <w:tcPr>
            <w:tcW w:type="dxa" w:w="7056"/>
          </w:tcPr>
          <w:p>
            <w:pPr>
              <w:keepNext/>
              <w:spacing w:after="160"/>
            </w:pPr>
            <w:r>
              <w:rPr>
                <w:b/>
                <w:sz w:val="32"/>
              </w:rPr>
              <w:t>[Product name]</w:t>
            </w:r>
          </w:p>
          <w:p>
            <w:pPr>
              <w:keepNext/>
              <w:spacing w:after="160"/>
            </w:pPr>
            <w:r>
              <w:rPr>
                <w:color w:val="68645F"/>
                <w:sz w:val="20"/>
              </w:rPr>
              <w:t>SKU [product code]</w:t>
            </w:r>
          </w:p>
          <w:p>
            <w:pPr>
              <w:keepNext/>
              <w:spacing w:after="160"/>
            </w:pPr>
            <w:r>
              <w:rPr>
                <w:color w:val="12100E"/>
                <w:sz w:val="22"/>
              </w:rPr>
              <w:t>[Product description]</w:t>
            </w:r>
          </w:p>
          <w:p>
            <w:pPr>
              <w:keepNext w:val="0"/>
              <w:spacing w:after="160"/>
            </w:pPr>
            <w:r>
              <w:rPr>
                <w:color w:val="0146BF"/>
                <w:sz w:val="26"/>
              </w:rPr>
              <w:t>Unit price [price] [currency]</w:t>
            </w:r>
          </w:p>
        </w:tc>
      </w:tr>
    </w:tbl>
    <w:p>
      <w:pPr>
        <w:keepNext/>
        <w:spacing w:after="160" w:before="320"/>
      </w:pPr>
      <w:r>
        <w:rPr>
          <w:rFonts w:ascii="Arial" w:hAnsi="Arial"/>
          <w:b/>
          <w:color w:val="12100E"/>
          <w:sz w:val="22"/>
        </w:rPr>
        <w:t>Technical specifications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6048"/>
      </w:tblGrid>
      <w:tr>
        <w:trPr>
          <w:tblHeader/>
        </w:trPr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EF2F7"/>
          </w:tcPr>
          <w:p>
            <w:pPr>
              <w:spacing w:after="0"/>
            </w:pPr>
            <w:r>
              <w:rPr>
                <w:b/>
                <w:sz w:val="20"/>
              </w:rPr>
              <w:t>Specification</w:t>
            </w:r>
          </w:p>
        </w:tc>
        <w:tc>
          <w:tcPr>
            <w:tcW w:type="dxa" w:w="60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EF2F7"/>
          </w:tcPr>
          <w:p>
            <w:pPr>
              <w:spacing w:after="0"/>
            </w:pPr>
            <w:r>
              <w:rPr>
                <w:b/>
                <w:sz w:val="20"/>
              </w:rPr>
              <w:t>Value</w:t>
            </w:r>
          </w:p>
        </w:tc>
      </w:tr>
      <w:tr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sz w:val="20"/>
              </w:rPr>
              <w:t>[Specification name]</w:t>
            </w:r>
          </w:p>
        </w:tc>
        <w:tc>
          <w:tcPr>
            <w:tcW w:type="dxa" w:w="60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sz w:val="20"/>
              </w:rPr>
              <w:t>[Value and unit]</w:t>
            </w:r>
          </w:p>
        </w:tc>
      </w:tr>
      <w:tr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sz w:val="20"/>
              </w:rPr>
              <w:t>[Specification name]</w:t>
            </w:r>
          </w:p>
        </w:tc>
        <w:tc>
          <w:tcPr>
            <w:tcW w:type="dxa" w:w="60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sz w:val="20"/>
              </w:rPr>
              <w:t>[Value and unit]</w:t>
            </w:r>
          </w:p>
        </w:tc>
      </w:tr>
    </w:tbl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</w:tcPr>
          <w:p>
            <w:r>
              <w:rPr>
                <w:b/>
                <w:sz w:val="20"/>
              </w:rPr>
              <w:t>Quantity</w:t>
            </w:r>
          </w:p>
        </w:tc>
        <w:tc>
          <w:tcPr>
            <w:tcW w:type="dxa" w:w="2484"/>
          </w:tcPr>
          <w:p>
            <w:r>
              <w:rPr>
                <w:b/>
                <w:sz w:val="20"/>
              </w:rPr>
              <w:t>Price</w:t>
            </w:r>
          </w:p>
        </w:tc>
        <w:tc>
          <w:tcPr>
            <w:tcW w:type="dxa" w:w="2484"/>
          </w:tcPr>
          <w:p>
            <w:r>
              <w:rPr>
                <w:b/>
                <w:sz w:val="20"/>
              </w:rPr>
              <w:t>Discount</w:t>
            </w:r>
          </w:p>
        </w:tc>
        <w:tc>
          <w:tcPr>
            <w:tcW w:type="dxa" w:w="2484"/>
          </w:tcPr>
          <w:p>
            <w:r>
              <w:rPr>
                <w:b/>
                <w:sz w:val="20"/>
              </w:rPr>
              <w:t>Amount</w:t>
            </w:r>
          </w:p>
        </w:tc>
      </w:tr>
      <w:tr>
        <w:tc>
          <w:tcPr>
            <w:tcW w:type="dxa" w:w="2484"/>
          </w:tcPr>
          <w:p>
            <w:r>
              <w:t>[Quantity]</w:t>
            </w:r>
          </w:p>
        </w:tc>
        <w:tc>
          <w:tcPr>
            <w:tcW w:type="dxa" w:w="2484"/>
          </w:tcPr>
          <w:p>
            <w:r>
              <w:t>[Price]</w:t>
            </w:r>
          </w:p>
        </w:tc>
        <w:tc>
          <w:tcPr>
            <w:tcW w:type="dxa" w:w="2484"/>
          </w:tcPr>
          <w:p>
            <w:r>
              <w:t>[Discount]</w:t>
            </w:r>
          </w:p>
        </w:tc>
        <w:tc>
          <w:tcPr>
            <w:tcW w:type="dxa" w:w="2484"/>
          </w:tcPr>
          <w:p>
            <w:r>
              <w:t>[Amount]</w:t>
            </w:r>
          </w:p>
        </w:tc>
      </w:tr>
    </w:tbl>
    <w:p>
      <w:pPr>
        <w:spacing w:after="0"/>
      </w:pPr>
    </w:p>
    <w:p>
      <w:pPr>
        <w:spacing w:after="300"/>
      </w:pPr>
      <w:r>
        <w:rPr>
          <w:rFonts w:ascii="Arial" w:hAnsi="Arial"/>
          <w:b/>
          <w:color w:val="0146BF"/>
          <w:sz w:val="34"/>
        </w:rPr>
        <w:t>Total payable [amount] [currency]</w:t>
      </w:r>
    </w:p>
    <w:p>
      <w:pPr>
        <w:spacing w:after="120"/>
      </w:pPr>
      <w:r>
        <w:rPr>
          <w:rFonts w:ascii="Arial" w:hAnsi="Arial"/>
          <w:b/>
          <w:color w:val="12100E"/>
          <w:sz w:val="26"/>
        </w:rPr>
        <w:t>Delivery and payment terms</w:t>
      </w:r>
    </w:p>
    <w:p>
      <w:pPr>
        <w:spacing w:after="280"/>
      </w:pPr>
      <w:r>
        <w:rPr>
          <w:rFonts w:ascii="Arial" w:hAnsi="Arial"/>
          <w:b w:val="0"/>
          <w:color w:val="12100E"/>
          <w:sz w:val="22"/>
        </w:rPr>
        <w:t>[Delivery time]</w:t>
        <w:br/>
        <w:t>[Payment terms]</w:t>
        <w:br/>
        <w:t>[Offer validity period]</w:t>
      </w:r>
    </w:p>
    <w:p>
      <w:pPr>
        <w:spacing w:after="120"/>
      </w:pPr>
      <w:r>
        <w:rPr>
          <w:rFonts w:ascii="Arial" w:hAnsi="Arial"/>
          <w:b/>
          <w:color w:val="12100E"/>
          <w:sz w:val="26"/>
        </w:rPr>
        <w:t>Contact</w:t>
      </w:r>
    </w:p>
    <w:p>
      <w:pPr>
        <w:spacing w:after="0"/>
      </w:pPr>
      <w:r>
        <w:rPr>
          <w:rFonts w:ascii="Arial" w:hAnsi="Arial"/>
          <w:b w:val="0"/>
          <w:color w:val="68645F"/>
          <w:sz w:val="20"/>
        </w:rPr>
        <w:t>[Phone] · [Email] · [Website]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60"/>
    </w:pPr>
    <w:rPr>
      <w:rFonts w:ascii="Arial" w:hAnsi="Arial" w:eastAsia="Arial" w:cs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eastAsia="Arial" w:cs="Arial"/>
      <w:b/>
      <w:bCs/>
      <w:color w:val="12100E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eastAsia="Arial" w:cs="Arial"/>
      <w:b/>
      <w:bCs/>
      <w:color w:val="12100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eastAsia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color w:val="12100E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Commercial proposal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